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54"/>
        </w:rPr>
        <w:t>STICKY Whitepaper</w:t>
      </w:r>
    </w:p>
    <w:p>
      <w:pPr>
        <w:jc w:val="center"/>
      </w:pPr>
      <w:r>
        <w:rPr>
          <w:i/>
          <w:sz w:val="22"/>
        </w:rPr>
        <w:t>Powered by StickyLikeYou • Updated Ecosystem &amp; Roadmap</w:t>
      </w:r>
    </w:p>
    <w:p>
      <w:r>
        <w:rPr>
          <w:b/>
          <w:sz w:val="34"/>
        </w:rPr>
        <w:t>1. Introduction</w:t>
      </w:r>
    </w:p>
    <w:p>
      <w:r>
        <w:t>STICKY is a community-driven meme token powered by the YouTube channel StickyLikeYou. Built around entertainment, creativity, riddles, community interaction and long-term ecosystem growth, STICKY aims to create more than just another meme coin.</w:t>
      </w:r>
    </w:p>
    <w:p>
      <w:r>
        <w:t>The project is designed as a growing digital ecosystem in which the STICKY token is the first major milestone, followed by products, community features and ecosystem initiatives released over time.</w:t>
      </w:r>
    </w:p>
    <w:p>
      <w:r>
        <w:rPr>
          <w:b/>
          <w:sz w:val="34"/>
        </w:rPr>
        <w:t>2. Vision</w:t>
      </w:r>
    </w:p>
    <w:p>
      <w:r>
        <w:t>The vision of STICKY is to build a fun, transparent and interactive ecosystem where community participation becomes part of the project's growth.</w:t>
      </w:r>
    </w:p>
    <w:p>
      <w:r>
        <w:t>The ecosystem is intended to develop step by step: the STICKY token launches first, followed by the Sticky Launchpad, Sticky App and additional community, buyback, NFT, AI and ecosystem initiatives.</w:t>
      </w:r>
    </w:p>
    <w:p>
      <w:r>
        <w:rPr>
          <w:b/>
          <w:sz w:val="34"/>
        </w:rPr>
        <w:t>3. STICKY Token &amp; Tokenomics</w:t>
      </w:r>
    </w:p>
    <w:p>
      <w:pPr>
        <w:pStyle w:val="ListBullet"/>
      </w:pPr>
      <w:r>
        <w:t>Total Supply: 1,000,000,000 STICKY</w:t>
      </w:r>
    </w:p>
    <w:p>
      <w:pPr>
        <w:pStyle w:val="ListBullet"/>
      </w:pPr>
      <w:r>
        <w:t>3% allocated to StickyLikeYou for content and development</w:t>
      </w:r>
    </w:p>
    <w:p>
      <w:pPr>
        <w:pStyle w:val="ListBullet"/>
      </w:pPr>
      <w:r>
        <w:t>Remaining supply distributed through the open market</w:t>
      </w:r>
    </w:p>
    <w:p>
      <w:pPr>
        <w:pStyle w:val="ListBullet"/>
      </w:pPr>
      <w:r>
        <w:t>Fair launch via Pump.fun</w:t>
      </w:r>
    </w:p>
    <w:p>
      <w:pPr>
        <w:pStyle w:val="ListBullet"/>
      </w:pPr>
      <w:r>
        <w:t>Migration to Raydium</w:t>
      </w:r>
    </w:p>
    <w:p>
      <w:pPr>
        <w:pStyle w:val="ListBullet"/>
      </w:pPr>
      <w:r>
        <w:t>DEX access and market support</w:t>
      </w:r>
    </w:p>
    <w:p>
      <w:r>
        <w:t>The STICKY token is the first major milestone of the ecosystem. Other products and initiatives are intended to be introduced progressively after the token launch.</w:t>
      </w:r>
    </w:p>
    <w:p>
      <w:r>
        <w:rPr>
          <w:b/>
          <w:sz w:val="34"/>
        </w:rPr>
        <w:t>4. Sticky Launchpad</w:t>
      </w:r>
    </w:p>
    <w:p>
      <w:r>
        <w:t>Sticky Launchpad is a Solana-based launch platform within the Sticky ecosystem, designed to allow projects to create and deploy tokens through the ecosystem.</w:t>
      </w:r>
    </w:p>
    <w:p>
      <w:pPr>
        <w:pStyle w:val="ListBullet"/>
      </w:pPr>
      <w:r>
        <w:t>$99 launch fee</w:t>
      </w:r>
    </w:p>
    <w:p>
      <w:pPr>
        <w:pStyle w:val="ListBullet"/>
      </w:pPr>
      <w:r>
        <w:t>Launch fee payable in SOL or USDC</w:t>
      </w:r>
    </w:p>
    <w:p>
      <w:pPr>
        <w:pStyle w:val="ListBullet"/>
      </w:pPr>
      <w:r>
        <w:t>40% of every Launchpad fee allocated to STICKY Buyback &amp; Burn</w:t>
      </w:r>
    </w:p>
    <w:p>
      <w:pPr>
        <w:pStyle w:val="ListBullet"/>
      </w:pPr>
      <w:r>
        <w:t>40% allocated to ecosystem and Launchpad development</w:t>
      </w:r>
    </w:p>
    <w:p>
      <w:pPr>
        <w:pStyle w:val="ListBullet"/>
      </w:pPr>
      <w:r>
        <w:t>20% allocated to Launchpad operations</w:t>
      </w:r>
    </w:p>
    <w:p>
      <w:r>
        <w:t>The Buyback &amp; Burn allocation is directed to the Buyback Treasury and is intended to support future STICKY buyback and burn activity. Buyback and burn functionality is not represented as active until the required STICKY and Mainnet infrastructure is launched and enabled.</w:t>
      </w:r>
    </w:p>
    <w:p>
      <w:r>
        <w:rPr>
          <w:b/>
          <w:sz w:val="34"/>
        </w:rPr>
        <w:t>5. Transparency &amp; Community</w:t>
      </w:r>
    </w:p>
    <w:p>
      <w:pPr>
        <w:pStyle w:val="ListBullet"/>
      </w:pPr>
      <w:r>
        <w:t>Public treasury addresses and allocation information</w:t>
      </w:r>
    </w:p>
    <w:p>
      <w:pPr>
        <w:pStyle w:val="ListBullet"/>
      </w:pPr>
      <w:r>
        <w:t>Community-focused communication and engagement</w:t>
      </w:r>
    </w:p>
    <w:p>
      <w:pPr>
        <w:pStyle w:val="ListBullet"/>
      </w:pPr>
      <w:r>
        <w:t>Meme contests</w:t>
      </w:r>
    </w:p>
    <w:p>
      <w:pPr>
        <w:pStyle w:val="ListBullet"/>
      </w:pPr>
      <w:r>
        <w:t>Giveaways</w:t>
      </w:r>
    </w:p>
    <w:p>
      <w:pPr>
        <w:pStyle w:val="ListBullet"/>
      </w:pPr>
      <w:r>
        <w:t>Rewards</w:t>
      </w:r>
    </w:p>
    <w:p>
      <w:pPr>
        <w:pStyle w:val="ListBullet"/>
      </w:pPr>
      <w:r>
        <w:t>Social missions</w:t>
      </w:r>
    </w:p>
    <w:p>
      <w:pPr>
        <w:pStyle w:val="ListBullet"/>
      </w:pPr>
      <w:r>
        <w:t>Community competitions</w:t>
      </w:r>
    </w:p>
    <w:p>
      <w:pPr>
        <w:pStyle w:val="ListBullet"/>
      </w:pPr>
      <w:r>
        <w:t>On-chain transparency and transaction verification where applicable</w:t>
      </w:r>
    </w:p>
    <w:p>
      <w:r>
        <w:t>The Team Wallet is kept separate from the Launchpad fee allocation. Launchpad treasury destinations are presented separately for transparency.</w:t>
      </w:r>
    </w:p>
    <w:p>
      <w:r>
        <w:rPr>
          <w:b/>
          <w:sz w:val="34"/>
        </w:rPr>
        <w:t>6. Sticky App</w:t>
      </w:r>
    </w:p>
    <w:p>
      <w:r>
        <w:t>Planned features include:</w:t>
      </w:r>
    </w:p>
    <w:p>
      <w:pPr>
        <w:pStyle w:val="ListBullet"/>
      </w:pPr>
      <w:r>
        <w:t>Radio stations and Crypto News</w:t>
      </w:r>
    </w:p>
    <w:p>
      <w:pPr>
        <w:pStyle w:val="ListBullet"/>
      </w:pPr>
      <w:r>
        <w:t>Community challenges</w:t>
      </w:r>
    </w:p>
    <w:p>
      <w:pPr>
        <w:pStyle w:val="ListBullet"/>
      </w:pPr>
      <w:r>
        <w:t>Competitions</w:t>
      </w:r>
    </w:p>
    <w:p>
      <w:pPr>
        <w:pStyle w:val="ListBullet"/>
      </w:pPr>
      <w:r>
        <w:t>Leaderboards</w:t>
      </w:r>
    </w:p>
    <w:p>
      <w:pPr>
        <w:pStyle w:val="ListBullet"/>
      </w:pPr>
      <w:r>
        <w:t>Holder rewards</w:t>
      </w:r>
    </w:p>
    <w:p>
      <w:pPr>
        <w:pStyle w:val="ListBullet"/>
      </w:pPr>
      <w:r>
        <w:t>Community missions</w:t>
      </w:r>
    </w:p>
    <w:p>
      <w:pPr>
        <w:pStyle w:val="ListBullet"/>
      </w:pPr>
      <w:r>
        <w:t>Donation tracking</w:t>
      </w:r>
    </w:p>
    <w:p>
      <w:pPr>
        <w:pStyle w:val="ListBullet"/>
      </w:pPr>
      <w:r>
        <w:t>NFT integration</w:t>
      </w:r>
    </w:p>
    <w:p>
      <w:pPr>
        <w:pStyle w:val="ListBullet"/>
      </w:pPr>
      <w:r>
        <w:t>Minigames exclusive to NFT holders</w:t>
      </w:r>
    </w:p>
    <w:p>
      <w:pPr>
        <w:pStyle w:val="ListBullet"/>
      </w:pPr>
      <w:r>
        <w:t>Invite &amp; Earn and additional community features</w:t>
      </w:r>
    </w:p>
    <w:p>
      <w:r>
        <w:rPr>
          <w:b/>
          <w:sz w:val="34"/>
        </w:rPr>
        <w:t>7. NFT Hub &amp; Collection</w:t>
      </w:r>
    </w:p>
    <w:p>
      <w:r>
        <w:t>A future collection of 10,000 STICKY NFTs is planned.</w:t>
      </w:r>
    </w:p>
    <w:p>
      <w:r>
        <w:t>Potential NFT utilities may include:</w:t>
      </w:r>
    </w:p>
    <w:p>
      <w:pPr>
        <w:pStyle w:val="ListBullet"/>
      </w:pPr>
      <w:r>
        <w:t>Exclusive access</w:t>
      </w:r>
    </w:p>
    <w:p>
      <w:pPr>
        <w:pStyle w:val="ListBullet"/>
      </w:pPr>
      <w:r>
        <w:t>Reward boosts</w:t>
      </w:r>
    </w:p>
    <w:p>
      <w:pPr>
        <w:pStyle w:val="ListBullet"/>
      </w:pPr>
      <w:r>
        <w:t>Community status</w:t>
      </w:r>
    </w:p>
    <w:p>
      <w:pPr>
        <w:pStyle w:val="ListBullet"/>
      </w:pPr>
      <w:r>
        <w:t>Ecosystem features</w:t>
      </w:r>
    </w:p>
    <w:p>
      <w:pPr>
        <w:pStyle w:val="ListBullet"/>
      </w:pPr>
      <w:r>
        <w:t>Future app integrations</w:t>
      </w:r>
    </w:p>
    <w:p>
      <w:pPr>
        <w:pStyle w:val="ListBullet"/>
      </w:pPr>
      <w:r>
        <w:t>Access to exclusive STICKY minigames</w:t>
      </w:r>
    </w:p>
    <w:p>
      <w:r>
        <w:rPr>
          <w:b/>
          <w:sz w:val="34"/>
        </w:rPr>
        <w:t>8. Buyback &amp; Burn</w:t>
      </w:r>
    </w:p>
    <w:p>
      <w:r>
        <w:t>STICKY plans to use the Launchpad ecosystem as one future source of activity supporting STICKY Buyback &amp; Burn.</w:t>
      </w:r>
    </w:p>
    <w:p>
      <w:pPr>
        <w:pStyle w:val="ListBullet"/>
      </w:pPr>
      <w:r>
        <w:t>40% of every $99 Launchpad fee is allocated to the Buyback Treasury</w:t>
      </w:r>
    </w:p>
    <w:p>
      <w:pPr>
        <w:pStyle w:val="ListBullet"/>
      </w:pPr>
      <w:r>
        <w:t>Future buyback activity is intended to acquire STICKY through an approved Solana liquidity route</w:t>
      </w:r>
    </w:p>
    <w:p>
      <w:pPr>
        <w:pStyle w:val="ListBullet"/>
      </w:pPr>
      <w:r>
        <w:t>Purchased STICKY may then be burned through a real on-chain SPL token burn operation</w:t>
      </w:r>
    </w:p>
    <w:p>
      <w:pPr>
        <w:pStyle w:val="ListBullet"/>
      </w:pPr>
      <w:r>
        <w:t>Completed burns are intended to be publicly verifiable through on-chain transaction records and Solscan</w:t>
      </w:r>
    </w:p>
    <w:p>
      <w:r>
        <w:t>This mechanism is a future ecosystem feature and should not be interpreted as a guarantee of financial returns or as an active buyback before the required STICKY Mainnet infrastructure is enabled.</w:t>
      </w:r>
    </w:p>
    <w:p>
      <w:r>
        <w:rPr>
          <w:b/>
          <w:sz w:val="34"/>
        </w:rPr>
        <w:t>9. Giving Back</w:t>
      </w:r>
    </w:p>
    <w:p>
      <w:r>
        <w:t>As the project evolves, part of the ecosystem activity may support real-world causes focused on helping children in need, including organizations such as UNICEF.</w:t>
      </w:r>
    </w:p>
    <w:p>
      <w:r>
        <w:rPr>
          <w:b/>
          <w:sz w:val="34"/>
        </w:rPr>
        <w:t>10. Roadmap</w:t>
      </w:r>
    </w:p>
    <w:p>
      <w:r>
        <w:rPr>
          <w:b/>
          <w:sz w:val="24"/>
        </w:rPr>
        <w:t>Phase 1 — STICKY Token Launch &amp; First Impact</w:t>
      </w:r>
    </w:p>
    <w:p>
      <w:pPr>
        <w:pStyle w:val="ListBullet"/>
      </w:pPr>
      <w:r>
        <w:t>Launch STICKY on Solana</w:t>
      </w:r>
    </w:p>
    <w:p>
      <w:pPr>
        <w:pStyle w:val="ListBullet"/>
      </w:pPr>
      <w:r>
        <w:t>Build the initial Sticky community</w:t>
      </w:r>
    </w:p>
    <w:p>
      <w:pPr>
        <w:pStyle w:val="ListBullet"/>
      </w:pPr>
      <w:r>
        <w:t>Welcome the first holders and community activities</w:t>
      </w:r>
    </w:p>
    <w:p>
      <w:pPr>
        <w:pStyle w:val="ListBullet"/>
      </w:pPr>
      <w:r>
        <w:t>Begin ecosystem development following the token launch</w:t>
      </w:r>
    </w:p>
    <w:p>
      <w:r>
        <w:rPr>
          <w:b/>
          <w:sz w:val="24"/>
        </w:rPr>
        <w:t>Phase 2 — Transparency &amp; Community</w:t>
      </w:r>
    </w:p>
    <w:p>
      <w:pPr>
        <w:pStyle w:val="ListBullet"/>
      </w:pPr>
      <w:r>
        <w:t>Expand community engagement across social platforms</w:t>
      </w:r>
    </w:p>
    <w:p>
      <w:pPr>
        <w:pStyle w:val="ListBullet"/>
      </w:pPr>
      <w:r>
        <w:t>Launch community giveaways and meme competitions</w:t>
      </w:r>
    </w:p>
    <w:p>
      <w:pPr>
        <w:pStyle w:val="ListBullet"/>
      </w:pPr>
      <w:r>
        <w:t>Airdrops and rewards for active community members</w:t>
      </w:r>
    </w:p>
    <w:p>
      <w:pPr>
        <w:pStyle w:val="ListBullet"/>
      </w:pPr>
      <w:r>
        <w:t>Public treasury transparency and ecosystem information</w:t>
      </w:r>
    </w:p>
    <w:p>
      <w:pPr>
        <w:pStyle w:val="ListBullet"/>
      </w:pPr>
      <w:r>
        <w:t>Continue community missions, competitions and social growth</w:t>
      </w:r>
    </w:p>
    <w:p>
      <w:r>
        <w:rPr>
          <w:b/>
          <w:sz w:val="24"/>
        </w:rPr>
        <w:t>Phase 3 — Sticky Launchpad</w:t>
      </w:r>
    </w:p>
    <w:p>
      <w:pPr>
        <w:pStyle w:val="ListBullet"/>
      </w:pPr>
      <w:r>
        <w:t>Launch and expand the Sticky Launchpad on Solana</w:t>
      </w:r>
    </w:p>
    <w:p>
      <w:pPr>
        <w:pStyle w:val="ListBullet"/>
      </w:pPr>
      <w:r>
        <w:t>$99 launch fee payable in SOL or USDC</w:t>
      </w:r>
    </w:p>
    <w:p>
      <w:pPr>
        <w:pStyle w:val="ListBullet"/>
      </w:pPr>
      <w:r>
        <w:t>40% of Launchpad fees allocated to STICKY Buyback &amp; Burn</w:t>
      </w:r>
    </w:p>
    <w:p>
      <w:pPr>
        <w:pStyle w:val="ListBullet"/>
      </w:pPr>
      <w:r>
        <w:t>Continue Launchpad operations, development and ecosystem infrastructure</w:t>
      </w:r>
    </w:p>
    <w:p>
      <w:pPr>
        <w:pStyle w:val="ListBullet"/>
      </w:pPr>
      <w:r>
        <w:t>Enable token creation and deployment through the Sticky ecosystem</w:t>
      </w:r>
    </w:p>
    <w:p>
      <w:r>
        <w:rPr>
          <w:b/>
          <w:sz w:val="24"/>
        </w:rPr>
        <w:t>Phase 4 — Sticky App Launch</w:t>
      </w:r>
    </w:p>
    <w:p>
      <w:pPr>
        <w:pStyle w:val="ListBullet"/>
      </w:pPr>
      <w:r>
        <w:t>Launch the Sticky App</w:t>
      </w:r>
    </w:p>
    <w:p>
      <w:pPr>
        <w:pStyle w:val="ListBullet"/>
      </w:pPr>
      <w:r>
        <w:t>Radio stations and Crypto News</w:t>
      </w:r>
    </w:p>
    <w:p>
      <w:pPr>
        <w:pStyle w:val="ListBullet"/>
      </w:pPr>
      <w:r>
        <w:t>Competitions, Rewards &amp; Live Leaderboard</w:t>
      </w:r>
    </w:p>
    <w:p>
      <w:pPr>
        <w:pStyle w:val="ListBullet"/>
      </w:pPr>
      <w:r>
        <w:t>Community features and Invite &amp; Earn</w:t>
      </w:r>
    </w:p>
    <w:p>
      <w:pPr>
        <w:pStyle w:val="ListBullet"/>
      </w:pPr>
      <w:r>
        <w:t>Continue expanding the app ecosystem</w:t>
      </w:r>
    </w:p>
    <w:p>
      <w:pPr>
        <w:pStyle w:val="ListBullet"/>
      </w:pPr>
      <w:r>
        <w:t>Planned availability across Google Play and iOS</w:t>
      </w:r>
    </w:p>
    <w:p>
      <w:r>
        <w:rPr>
          <w:b/>
          <w:sz w:val="24"/>
        </w:rPr>
        <w:t>Phase 5 — Buyback &amp; Burn</w:t>
      </w:r>
    </w:p>
    <w:p>
      <w:pPr>
        <w:pStyle w:val="ListBullet"/>
      </w:pPr>
      <w:r>
        <w:t>Activate community-driven STICKY buyback initiatives when the required infrastructure is ready</w:t>
      </w:r>
    </w:p>
    <w:p>
      <w:pPr>
        <w:pStyle w:val="ListBullet"/>
      </w:pPr>
      <w:r>
        <w:t>Token burns to reduce circulating supply</w:t>
      </w:r>
    </w:p>
    <w:p>
      <w:pPr>
        <w:pStyle w:val="ListBullet"/>
      </w:pPr>
      <w:r>
        <w:t>Transparent on-chain reporting of completed burns</w:t>
      </w:r>
    </w:p>
    <w:p>
      <w:pPr>
        <w:pStyle w:val="ListBullet"/>
      </w:pPr>
      <w:r>
        <w:t>Support real-world impact through project activity</w:t>
      </w:r>
    </w:p>
    <w:p>
      <w:r>
        <w:rPr>
          <w:b/>
          <w:sz w:val="24"/>
        </w:rPr>
        <w:t>Phase 6 — NFT, AI &amp; Ecosystem Expansion</w:t>
      </w:r>
    </w:p>
    <w:p>
      <w:pPr>
        <w:pStyle w:val="ListBullet"/>
      </w:pPr>
      <w:r>
        <w:t>NFT Hub and digital collectibles</w:t>
      </w:r>
    </w:p>
    <w:p>
      <w:pPr>
        <w:pStyle w:val="ListBullet"/>
      </w:pPr>
      <w:r>
        <w:t>Sticky AI features</w:t>
      </w:r>
    </w:p>
    <w:p>
      <w:pPr>
        <w:pStyle w:val="ListBullet"/>
      </w:pPr>
      <w:r>
        <w:t>Strategic partnerships</w:t>
      </w:r>
    </w:p>
    <w:p>
      <w:pPr>
        <w:pStyle w:val="ListBullet"/>
      </w:pPr>
      <w:r>
        <w:t>Global community expansion</w:t>
      </w:r>
    </w:p>
    <w:p>
      <w:pPr>
        <w:pStyle w:val="ListBullet"/>
      </w:pPr>
      <w:r>
        <w:t>Larger-scale community initiatives and charitable impact</w:t>
      </w:r>
    </w:p>
    <w:p>
      <w:pPr>
        <w:pStyle w:val="ListBullet"/>
      </w:pPr>
      <w:r>
        <w:t>Continued ecosystem development</w:t>
      </w:r>
    </w:p>
    <w:p>
      <w:r>
        <w:rPr>
          <w:b/>
          <w:sz w:val="34"/>
        </w:rPr>
        <w:t>11. Transparency Statement</w:t>
      </w:r>
    </w:p>
    <w:p>
      <w:r>
        <w:t>STICKY is a community-driven meme project. The project does not promise financial returns or guaranteed profits.</w:t>
      </w:r>
    </w:p>
    <w:p>
      <w:r>
        <w:t>Treasury allocations, Launchpad fee structure and completed on-chain activity are intended to be communicated transparently. Future features remain subject to development, technical readiness and activation.</w:t>
      </w:r>
    </w:p>
    <w:p>
      <w:r>
        <w:rPr>
          <w:b/>
          <w:sz w:val="34"/>
        </w:rPr>
        <w:t>12. Final Message</w:t>
      </w:r>
    </w:p>
    <w:p>
      <w:r>
        <w:t>STICKY is more than a token. It is a growing digital ecosystem powered by creativity, community, entertainment and interaction.</w:t>
      </w:r>
    </w:p>
    <w:p>
      <w:r>
        <w:t>The STICKY token is the first major step. The Launchpad, Sticky App, Buyback &amp; Burn, NFT Hub, Sticky AI and other ecosystem initiatives are intended to follow progressively as the project continues to build.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STICKY • StickyLikeYou • Community-Driven Ecosystem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